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0"/>
        <w:shd w:fill="042547"/>
      </w:pPr>
      <w:r>
        <w:rPr>
          <w:b/>
          <w:color w:val="FFFFFF"/>
          <w:sz w:val="18"/>
        </w:rPr>
        <w:t>BUYING BRIEF  03</w:t>
      </w:r>
    </w:p>
    <w:p>
      <w:pPr>
        <w:pStyle w:val="Title"/>
      </w:pPr>
      <w:r>
        <w:t>Managed Procurement &amp; Quality Control Brief</w:t>
      </w:r>
    </w:p>
    <w:p>
      <w:pPr>
        <w:pStyle w:val="Subtitle"/>
      </w:pPr>
      <w:r>
        <w:t>Plan the commercial, production, inspection, payment, and delivery controls before funds move.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BEST FOR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TYPICAL TIME TO COMPLETE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Custom, bulk, high-value, repeat, or operationally complex China purchases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30–45 minutes</w:t>
            </w:r>
          </w:p>
        </w:tc>
      </w:tr>
    </w:tbl>
    <w:p>
      <w:r>
        <w:t>Complete the fields you know. Attach links, photos, quotations, drawings, or specifications where available. Unknown answers are acceptable—we will identify the gaps during the free assessment.</w:t>
      </w:r>
    </w:p>
    <w:p>
      <w:pPr>
        <w:pStyle w:val="Heading1"/>
        <w:shd w:fill="EAF2F6"/>
      </w:pPr>
      <w:r>
        <w:t>1. Buyer and project authority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Legal company / brand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[Type here]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Project owner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[Name, title, email, phone]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Approval authority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[Who approves supplier, sample, costs, inspection, and shipment?]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Billing details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[Company, billing address, tax information if required]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Destination / importer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[Country, consignee, importer of record if known]</w:t>
            </w:r>
          </w:p>
        </w:tc>
      </w:tr>
    </w:tbl>
    <w:p>
      <w:pPr>
        <w:pStyle w:val="Heading1"/>
        <w:shd w:fill="EAF2F6"/>
      </w:pPr>
      <w:r>
        <w:t>2. Product, order, and commercial plan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Product / SKU list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[Attach spreadsheet if multiple SKUs]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Order quantity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[Per SKU, model, color, or size]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Forecast / repeat cycle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[Monthly, quarterly, seasonal, one-time]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Target product cost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[Currency, unit and total]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Target landed cost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[If known]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Required delivery date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[Critical milestones and final date]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Incoterm preference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[EXW, FOB, CIF, DDP, unknown / recommend]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Payment constraint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[Card/payment link, wire, deposit stages, internal limits]</w:t>
            </w:r>
          </w:p>
        </w:tc>
      </w:tr>
    </w:tbl>
    <w:p>
      <w:pPr>
        <w:pStyle w:val="Heading2"/>
      </w:pPr>
      <w:r>
        <w:t>Primary buying target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Premium Quality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Best Value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Budget Priority</w:t>
      </w:r>
    </w:p>
    <w:p>
      <w:pPr>
        <w:pStyle w:val="Heading1"/>
        <w:shd w:fill="EAF2F6"/>
      </w:pPr>
      <w:r>
        <w:t>3. Controlled product specification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Approved specification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[Attach drawing/specification; include revision number and date]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Golden sample / reference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[Location, owner, sample ID, photos]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Critical-to-quality requirements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[Safety, function, dimensions, material, appearance]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Acceptable substitutions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[What may change and who must approve it?]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Prohibited changes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[Materials, components, factories, packaging, process]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Compliance documents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[Tests, declarations, certificates, labeling]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Packaging specification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[Unit pack, inner/master carton, marks, palletization]</w:t>
            </w:r>
          </w:p>
        </w:tc>
      </w:tr>
    </w:tbl>
    <w:p>
      <w:pPr>
        <w:pStyle w:val="Heading1"/>
        <w:shd w:fill="EAF2F6"/>
      </w:pPr>
      <w:r>
        <w:t>4. Quality control and shipment release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380"/>
        <w:gridCol w:w="2880"/>
      </w:tblGrid>
      <w:tr>
        <w:trPr>
          <w:tblHeader w:val="true"/>
        </w:trPr>
        <w:tc>
          <w:tcPr>
            <w:tcW w:type="dxa" w:w="210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CONTROL POINT</w:t>
            </w:r>
          </w:p>
        </w:tc>
        <w:tc>
          <w:tcPr>
            <w:tcW w:type="dxa" w:w="438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REQUIREMENT / ACCEPTANCE STANDARD</w:t>
            </w:r>
          </w:p>
        </w:tc>
        <w:tc>
          <w:tcPr>
            <w:tcW w:type="dxa" w:w="288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EVIDENCE / APPROVER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Pre-production sample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Incoming material / component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During-production check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Pre-shipment inspection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Quantity &amp; packaging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Corrective action / rework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Final release to ship</w:t>
            </w:r>
          </w:p>
        </w:tc>
        <w:tc>
          <w:tcPr>
            <w:tcW w:type="dxa" w:w="43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[Define standard or request recommendation]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[Report, photo, test / approver]</w:t>
            </w:r>
          </w:p>
        </w:tc>
      </w:tr>
    </w:tbl>
    <w:p>
      <w:pPr>
        <w:pStyle w:val="Heading2"/>
      </w:pPr>
      <w:r>
        <w:t>Inspection outcome required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PASS — approved to proceed or ship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HOLD — do not ship until buyer decision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REWORK — supplier corrects and provides evidence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RE-INSPECT — verification required after corrective action</w:t>
      </w:r>
    </w:p>
    <w:p>
      <w:pPr>
        <w:ind w:left="230"/>
      </w:pPr>
      <w:r>
        <w:rPr>
          <w:i/>
          <w:color w:val="5E6E78"/>
        </w:rPr>
        <w:t>ChinaBuyingOffice reduces risk but cannot guarantee every unit or eliminate all commercial risk. Sampling method, defect limits, and acceptance rules must be agreed before inspection.</w:t>
      </w:r>
    </w:p>
    <w:p>
      <w:pPr>
        <w:pStyle w:val="Heading1"/>
        <w:shd w:fill="EAF2F6"/>
      </w:pPr>
      <w:r>
        <w:t>5. Product cost evidence and funding controls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Required cost evidence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[Supplier quotation, invoice, platform screenshot, purchase record, other]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Product funding approval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[Who approves the supplier, quantity, specification, and amount?]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Purchase payment structure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[Single payment / deposit and balance / milestone plan]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Balance release condition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[Inspection pass, rework closure, shipment documents, other]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Maximum unapproved variance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[No variance or currency/percentage threshold]</w:t>
            </w:r>
          </w:p>
        </w:tc>
      </w:tr>
    </w:tbl>
    <w:p>
      <w:pPr>
        <w:spacing w:before="100" w:after="160"/>
      </w:pPr>
      <w:r>
        <w:rPr>
          <w:b/>
          <w:color w:val="042547"/>
        </w:rPr>
        <w:t>Important: Service fees, product purchase funds, freight, duty, customs, testing, samples, and third-party costs are shown separately unless a written all-inclusive quotation states otherwise.</w:t>
      </w:r>
    </w:p>
    <w:p>
      <w:pPr>
        <w:pStyle w:val="Heading1"/>
        <w:shd w:fill="EAF2F6"/>
      </w:pPr>
      <w:r>
        <w:t>6. Logistics and delivery plan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Pickup locations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[Factory city/addresses, if known]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Consolidation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[Multiple suppliers / single supplier / unknown]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Shipping mode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[Express, air, sea, rail, recommend]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Delivery term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[Port, airport, warehouse, Amazon FBA, door-to-door]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Customs / importer plan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[Broker, importer of record, tax/duty assumptions]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Cargo constraints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[Battery, liquid, magnet, food contact, oversized, dangerous goods]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Insurance requirement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[Cargo value and desired cover]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Required shipping documents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[Invoice, packing list, B/L, COO, test docs, etc.]</w:t>
            </w:r>
          </w:p>
        </w:tc>
      </w:tr>
    </w:tbl>
    <w:p>
      <w:pPr>
        <w:pStyle w:val="Heading1"/>
        <w:shd w:fill="EAF2F6"/>
      </w:pPr>
      <w:r>
        <w:t>7. Risk, communication, and exception handling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Known risks / prior problems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[Quality, delay, supplier conduct, IP, customs, payment, logistics]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Communication cadence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[Weekly report, milestone report, urgent escalation channel]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Escalation contacts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[Primary and backup decision makers]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Stop-work triggers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[Events requiring work or payment to pause]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Confidentiality / IP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[NDA, artwork controls, tooling ownership, factory restrictions]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Attachments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[SKU sheet, specs, drawings, quotations, reports, contracts, correspondence]</w:t>
            </w:r>
          </w:p>
        </w:tc>
      </w:tr>
    </w:tbl>
    <w:p>
      <w:pPr>
        <w:pStyle w:val="Heading1"/>
        <w:shd w:fill="EAF2F6"/>
      </w:pPr>
      <w:r>
        <w:t>What happens after you submit this brief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1.  Free manual assessment — </w:t>
      </w:r>
      <w:r>
        <w:t>We review the brief and identify missing information, risks, and the most suitable service scope.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2.  Written scope and service fee — </w:t>
      </w:r>
      <w:r>
        <w:t>You receive the work scope, deliverables, exclusions, schedule, and exact service fee before paid work begins.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3.  Supplier and product decision — </w:t>
      </w:r>
      <w:r>
        <w:t>Where applicable, we compare suppliers, document trade-offs, and provide available cost evidence.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4.  Approval and product funding — </w:t>
      </w:r>
      <w:r>
        <w:t>Only after you approve the supplier, specifications, quantity, and documented purchase amount will Packonics LLC send a secure payment link or agreed payment instructions.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5.  Execution and quality control — </w:t>
      </w:r>
      <w:r>
        <w:t>We purchase, follow production, inspect as agreed, solve issues, and coordinate shipment and delivery.</w:t>
      </w:r>
    </w:p>
    <w:p>
      <w:pPr>
        <w:spacing w:before="160" w:after="100"/>
      </w:pPr>
      <w:r>
        <w:rPr>
          <w:b/>
          <w:color w:val="042547"/>
        </w:rPr>
        <w:t>CLIENT CONFIRMATION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Prepared by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[Full name and title]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Company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[Legal or trading name]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Email / phone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[Best contact information]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Date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[YYYY-MM-DD]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Confirmation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☐ I confirm this brief reflects our current requirements and understand that final scope, costs, risks, and inspection standards will be agreed in writing.</w:t>
            </w:r>
          </w:p>
        </w:tc>
      </w:tr>
    </w:tbl>
    <w:p>
      <w:r>
        <w:t>Send the completed document and attachments to support@packonics.com with the subject line: Buying Brief 03 – [Company] – [Product].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E6E78"/>
        <w:sz w:val="16"/>
      </w:rPr>
      <w:t>ChinaBuyingOffice is operated by Packonics LLC  •  support@packonics.com  •  chinabuyingoffice.com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B4F73"/>
        <w:sz w:val="16"/>
      </w:rPr>
      <w:t>CHINABUYINGOFFICE  |  YOUR PURCHASING OFFICE IN CHINA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ptos" w:hAnsi="Aptos"/>
      <w:color w:val="172B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4254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4F7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04254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42547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5E6E78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40"/>
    </w:pPr>
    <w:rPr>
      <w:rFonts w:ascii="Aptos" w:hAnsi="Aptos"/>
      <w:b/>
      <w:color w:val="042547"/>
      <w:sz w:val="18"/>
    </w:rPr>
  </w:style>
  <w:style w:type="paragraph" w:customStyle="1" w:styleId="FieldEntry">
    <w:name w:val="Field Entry"/>
    <w:pPr>
      <w:spacing w:after="100"/>
    </w:pPr>
    <w:rPr>
      <w:rFonts w:ascii="Aptos" w:hAnsi="Aptos"/>
      <w:color w:val="5E6E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CBO 03 Managed Procurement QC Brief</dc:title>
  <dc:subject>China procurement client intake template</dc:subject>
  <dc:creator>ChinaBuyingOffice / Packonics LLC</dc:creator>
  <cp:keywords>China sourcing, supplier comparison, inspection,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